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Marketing Internship Cover Letter - Template Structure</w:t>
      </w:r>
    </w:p>
    <w:p>
      <w:r>
        <w:rPr>
          <w:i/>
          <w:sz w:val="19"/>
        </w:rPr>
        <w:t>This is a template structure, not a real accepted cover letter. Replace every bracketed section with your own experience. Do not submit this as-is.</w:t>
      </w:r>
    </w:p>
    <w:p/>
    <w:p>
      <w:r>
        <w:t>[Your Name]</w:t>
      </w:r>
    </w:p>
    <w:p>
      <w:r>
        <w:t>[Your Phone] | [Your Email] | [City, Country]</w:t>
      </w:r>
    </w:p>
    <w:p/>
    <w:p>
      <w:r>
        <w:t>[Date]</w:t>
      </w:r>
    </w:p>
    <w:p/>
    <w:p>
      <w:r>
        <w:t>[Hiring Manager Name - if unknown, use "Marketing Team" or the department head's title]</w:t>
      </w:r>
    </w:p>
    <w:p>
      <w:r>
        <w:t>[Company Name]</w:t>
      </w:r>
    </w:p>
    <w:p>
      <w:r>
        <w:t>[Company Address / Bali, Indonesia]</w:t>
      </w:r>
    </w:p>
    <w:p/>
    <w:p>
      <w:r>
        <w:t>Dear [Hiring Manager Name / Marketing Team],</w:t>
      </w:r>
    </w:p>
    <w:p/>
    <w:p>
      <w:r>
        <w:rPr>
          <w:b/>
          <w:sz w:val="19"/>
        </w:rPr>
        <w:t>PARAGRAPH 1 - THE HOOK</w:t>
      </w:r>
    </w:p>
    <w:p>
      <w:r>
        <w:t>[Open with a specific detail about the company's marketing work that you noticed and admire, tied to why you're applying. Avoid generic openers like "I am writing to apply for..."]</w:t>
      </w:r>
    </w:p>
    <w:p/>
    <w:p>
      <w:r>
        <w:rPr>
          <w:b/>
          <w:sz w:val="19"/>
        </w:rPr>
        <w:t>PARAGRAPH 2 - WHY THIS COMPANY, SPECIFICALLY</w:t>
      </w:r>
    </w:p>
    <w:p>
      <w:r>
        <w:t>[Name one or two specific things about their marketing approach - a campaign, a channel, their brand voice - and connect it to your own interest and skills. This paragraph should prove you researched them specifically, not that you're sending the same letter to twenty companies.]</w:t>
      </w:r>
    </w:p>
    <w:p/>
    <w:p>
      <w:r>
        <w:rPr>
          <w:b/>
          <w:sz w:val="19"/>
        </w:rPr>
        <w:t>PARAGRAPH 3 - RELEVANT SKILLS AND EXPERIENCE, WITH PROOF</w:t>
      </w:r>
    </w:p>
    <w:p>
      <w:r>
        <w:t>[Give two or three concrete examples of marketing work you've done: coursework projects, a personal brand or account you've grown, freelance work, a previous internship. Use numbers wherever you have them - followers grown, engagement rate, campaigns run - and name the tools you used, e.g. Canva, Meta Ads Manager, Google Analytics, CapCut.]</w:t>
      </w:r>
    </w:p>
    <w:p/>
    <w:p>
      <w:r>
        <w:rPr>
          <w:b/>
          <w:sz w:val="19"/>
        </w:rPr>
        <w:t>PARAGRAPH 4 - AVAILABILITY AND CLOSE</w:t>
      </w:r>
    </w:p>
    <w:p>
      <w:r>
        <w:t>[State your availability dates clearly, mention you're applying through Island Internship if relevant, and close with a specific, confident call to action - not just "I look forward to hearing from you."]</w:t>
      </w:r>
    </w:p>
    <w:p/>
    <w:p>
      <w:r>
        <w:t>Sincerely,</w:t>
      </w:r>
    </w:p>
    <w:p>
      <w:r>
        <w:t>[Your Name]</w:t>
      </w:r>
    </w:p>
    <w:p/>
    <w:p>
      <w:pPr>
        <w:pStyle w:val="Heading2"/>
      </w:pPr>
      <w:r>
        <w:t>Notes for using this template</w:t>
      </w:r>
    </w:p>
    <w:p>
      <w:pPr>
        <w:pStyle w:val="ListBullet"/>
      </w:pPr>
      <w:r>
        <w:t>Keep it to one page.</w:t>
      </w:r>
    </w:p>
    <w:p>
      <w:pPr>
        <w:pStyle w:val="ListBullet"/>
      </w:pPr>
      <w:r>
        <w:t>Every bracket should be replaced with something specific - no bracket should survive into your final version.</w:t>
      </w:r>
    </w:p>
    <w:p>
      <w:pPr>
        <w:pStyle w:val="ListBullet"/>
      </w:pPr>
      <w:r>
        <w:t>Research the company before writing paragraph two. Five minutes on their Instagram or website reveals more than generic praise ever will.</w:t>
      </w:r>
    </w:p>
    <w:p>
      <w:pPr>
        <w:pStyle w:val="ListBullet"/>
      </w:pPr>
      <w:r>
        <w:t>If you don't have "real" marketing experience yet, use what you do have: a personal Instagram or TikTok you grew, a student organization's social media, a class project with a real deliverable.</w:t>
      </w:r>
    </w:p>
    <w:p/>
    <w:p>
      <w:r>
        <w:rPr>
          <w:i/>
          <w:sz w:val="19"/>
        </w:rPr>
        <w:t>Provided by Island Internship as a starting structure, not a real accepted cover letter. islandinternship.com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